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D1" w:rsidRDefault="00AC2AD6">
      <w:pPr>
        <w:pStyle w:val="Balk1"/>
        <w:jc w:val="center"/>
      </w:pPr>
      <w:r>
        <w:t>PROTOKOLDÜR</w:t>
      </w:r>
    </w:p>
    <w:p w:rsidR="000A15BC" w:rsidRDefault="00AC2AD6" w:rsidP="00F21A3B">
      <w:pPr>
        <w:jc w:val="center"/>
        <w:rPr>
          <w:b/>
        </w:rPr>
      </w:pPr>
      <w:r w:rsidRPr="00F21A3B">
        <w:rPr>
          <w:b/>
          <w:sz w:val="32"/>
        </w:rPr>
        <w:t xml:space="preserve">İLK İZ </w:t>
      </w:r>
      <w:r>
        <w:rPr>
          <w:b/>
        </w:rPr>
        <w:t xml:space="preserve">ANAOKULU İLE </w:t>
      </w:r>
      <w:r w:rsidR="00F21A3B" w:rsidRPr="00F21A3B">
        <w:rPr>
          <w:b/>
          <w:sz w:val="32"/>
        </w:rPr>
        <w:t xml:space="preserve">MEMUR SEN BURSA İL TEMSİLCİLİĞİ’ </w:t>
      </w:r>
      <w:r w:rsidR="00F21A3B">
        <w:rPr>
          <w:b/>
          <w:sz w:val="24"/>
        </w:rPr>
        <w:t>ne BAĞLI BÜTÜN</w:t>
      </w:r>
      <w:r w:rsidR="00F21A3B" w:rsidRPr="00F21A3B">
        <w:rPr>
          <w:b/>
          <w:sz w:val="24"/>
        </w:rPr>
        <w:t xml:space="preserve"> </w:t>
      </w:r>
      <w:proofErr w:type="gramStart"/>
      <w:r w:rsidR="00F21A3B" w:rsidRPr="00F21A3B">
        <w:rPr>
          <w:b/>
          <w:sz w:val="24"/>
        </w:rPr>
        <w:t>SENDIKALAR</w:t>
      </w:r>
      <w:r w:rsidR="00F21A3B" w:rsidRPr="00F21A3B">
        <w:rPr>
          <w:b/>
          <w:sz w:val="8"/>
        </w:rPr>
        <w:t xml:space="preserve"> </w:t>
      </w:r>
      <w:r w:rsidR="00F21A3B">
        <w:rPr>
          <w:b/>
        </w:rPr>
        <w:t xml:space="preserve"> </w:t>
      </w:r>
      <w:r>
        <w:rPr>
          <w:b/>
        </w:rPr>
        <w:t>ARASINDAKİ</w:t>
      </w:r>
      <w:proofErr w:type="gramEnd"/>
      <w:r>
        <w:rPr>
          <w:b/>
        </w:rPr>
        <w:t xml:space="preserve"> </w:t>
      </w:r>
    </w:p>
    <w:p w:rsidR="00F04DD1" w:rsidRDefault="00AC2AD6">
      <w:pPr>
        <w:jc w:val="center"/>
      </w:pPr>
      <w:r>
        <w:rPr>
          <w:b/>
        </w:rPr>
        <w:t>İNDİRİM PROTOKOLÜ</w:t>
      </w:r>
    </w:p>
    <w:p w:rsidR="00F04DD1" w:rsidRDefault="00AC2AD6">
      <w:r>
        <w:rPr>
          <w:b/>
          <w:sz w:val="24"/>
        </w:rPr>
        <w:t>Madde 1 – Sözleşmenin Tarafları</w:t>
      </w:r>
    </w:p>
    <w:p w:rsidR="00F04DD1" w:rsidRDefault="00AC2AD6">
      <w:r>
        <w:t xml:space="preserve">Bu protokol; İlk İz Anaokulu (Erka Premium Sitesi, Kayapa, 30 Ağustos Zafer Mahallesi, 68. Sokak, A Blok No:6 </w:t>
      </w:r>
      <w:proofErr w:type="spellStart"/>
      <w:r>
        <w:t>Nilüfer</w:t>
      </w:r>
      <w:proofErr w:type="spellEnd"/>
      <w:r>
        <w:t xml:space="preserve">/BURSA) </w:t>
      </w:r>
      <w:proofErr w:type="spellStart"/>
      <w:r>
        <w:t>ile</w:t>
      </w:r>
      <w:proofErr w:type="spellEnd"/>
      <w:r>
        <w:t xml:space="preserve"> </w:t>
      </w:r>
      <w:r w:rsidR="00F21A3B">
        <w:t xml:space="preserve">MEMUR SEN BURSA İl </w:t>
      </w:r>
      <w:proofErr w:type="spellStart"/>
      <w:r w:rsidR="00F21A3B">
        <w:t>Temsilciliği’ne</w:t>
      </w:r>
      <w:proofErr w:type="spellEnd"/>
      <w:r w:rsidR="00F21A3B">
        <w:t xml:space="preserve"> </w:t>
      </w:r>
      <w:proofErr w:type="spellStart"/>
      <w:r w:rsidR="00F21A3B">
        <w:t>Bağlı</w:t>
      </w:r>
      <w:proofErr w:type="spellEnd"/>
      <w:r w:rsidR="00F21A3B">
        <w:t xml:space="preserve"> </w:t>
      </w:r>
      <w:proofErr w:type="spellStart"/>
      <w:r w:rsidR="00F21A3B">
        <w:t>Bütün</w:t>
      </w:r>
      <w:proofErr w:type="spellEnd"/>
      <w:r w:rsidR="00F21A3B">
        <w:t xml:space="preserve"> </w:t>
      </w:r>
      <w:proofErr w:type="spellStart"/>
      <w:r w:rsidR="00F21A3B">
        <w:t>Sendikalar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akdedilmiştir</w:t>
      </w:r>
      <w:proofErr w:type="spellEnd"/>
      <w:r>
        <w:t>.</w:t>
      </w:r>
      <w:bookmarkStart w:id="0" w:name="_GoBack"/>
      <w:bookmarkEnd w:id="0"/>
    </w:p>
    <w:p w:rsidR="00F04DD1" w:rsidRDefault="00AC2AD6">
      <w:r>
        <w:rPr>
          <w:b/>
          <w:sz w:val="24"/>
        </w:rPr>
        <w:t>Madde 2 – Protokolün Amacı</w:t>
      </w:r>
    </w:p>
    <w:p w:rsidR="00F04DD1" w:rsidRDefault="00AC2AD6">
      <w:r>
        <w:t xml:space="preserve">Bu </w:t>
      </w:r>
      <w:proofErr w:type="spellStart"/>
      <w:r>
        <w:t>protokolün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; </w:t>
      </w:r>
      <w:r w:rsidR="00F21A3B">
        <w:t xml:space="preserve">MEMUR SEN BURSA İl </w:t>
      </w:r>
      <w:proofErr w:type="spellStart"/>
      <w:r w:rsidR="00F21A3B">
        <w:t>Temsilciliği’ne</w:t>
      </w:r>
      <w:proofErr w:type="spellEnd"/>
      <w:r w:rsidR="00F21A3B">
        <w:t xml:space="preserve"> </w:t>
      </w:r>
      <w:proofErr w:type="spellStart"/>
      <w:r w:rsidR="00F21A3B">
        <w:t>Bağlı</w:t>
      </w:r>
      <w:proofErr w:type="spellEnd"/>
      <w:r w:rsidR="00F21A3B">
        <w:t xml:space="preserve"> </w:t>
      </w:r>
      <w:proofErr w:type="spellStart"/>
      <w:r w:rsidR="00F21A3B">
        <w:t>Bütün</w:t>
      </w:r>
      <w:proofErr w:type="spellEnd"/>
      <w:r w:rsidR="00F21A3B">
        <w:t xml:space="preserve"> </w:t>
      </w:r>
      <w:proofErr w:type="spellStart"/>
      <w:r w:rsidR="00F21A3B">
        <w:t>Sendikalar</w:t>
      </w:r>
      <w:proofErr w:type="spellEnd"/>
      <w:r w:rsidR="00F21A3B">
        <w:t xml:space="preserve"> </w:t>
      </w:r>
      <w:proofErr w:type="spellStart"/>
      <w:r w:rsidR="000A15BC">
        <w:t>Şube</w:t>
      </w:r>
      <w:proofErr w:type="spellEnd"/>
      <w:r>
        <w:t xml:space="preserve"> </w:t>
      </w:r>
      <w:proofErr w:type="spellStart"/>
      <w:r>
        <w:t>üyeleri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birinci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yakınlarının</w:t>
      </w:r>
      <w:proofErr w:type="spellEnd"/>
      <w:r>
        <w:t xml:space="preserve"> İlk İz Anaokulu tarafından sunulan eğitim ve hizmetlerden indirimli olarak yararlanmalarını sağlamaktır.</w:t>
      </w:r>
    </w:p>
    <w:p w:rsidR="00F04DD1" w:rsidRDefault="00AC2AD6">
      <w:r>
        <w:rPr>
          <w:b/>
          <w:sz w:val="24"/>
        </w:rPr>
        <w:t>Madde 3 – Hizmet Kapsamı ve İndirim Oranı</w:t>
      </w:r>
    </w:p>
    <w:p w:rsidR="00F04DD1" w:rsidRDefault="00F21A3B">
      <w:r>
        <w:t xml:space="preserve">MEMUR SEN BURSA İl </w:t>
      </w:r>
      <w:proofErr w:type="spellStart"/>
      <w:r>
        <w:t>Temsilciliği’</w:t>
      </w:r>
      <w:r>
        <w:t>ne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Sendika</w:t>
      </w:r>
      <w:proofErr w:type="spellEnd"/>
      <w:r w:rsidR="00AC2AD6">
        <w:t xml:space="preserve"> </w:t>
      </w:r>
      <w:proofErr w:type="spellStart"/>
      <w:r w:rsidR="00AC2AD6">
        <w:t>üyeleri</w:t>
      </w:r>
      <w:proofErr w:type="spellEnd"/>
      <w:r w:rsidR="00AC2AD6">
        <w:t xml:space="preserve"> </w:t>
      </w:r>
      <w:proofErr w:type="spellStart"/>
      <w:r w:rsidR="00AC2AD6">
        <w:t>ve</w:t>
      </w:r>
      <w:proofErr w:type="spellEnd"/>
      <w:r w:rsidR="00AC2AD6">
        <w:t xml:space="preserve"> </w:t>
      </w:r>
      <w:proofErr w:type="spellStart"/>
      <w:r w:rsidR="00AC2AD6">
        <w:t>birinci</w:t>
      </w:r>
      <w:proofErr w:type="spellEnd"/>
      <w:r w:rsidR="00AC2AD6">
        <w:t xml:space="preserve"> </w:t>
      </w:r>
      <w:proofErr w:type="spellStart"/>
      <w:r w:rsidR="00AC2AD6">
        <w:t>derece</w:t>
      </w:r>
      <w:proofErr w:type="spellEnd"/>
      <w:r w:rsidR="00AC2AD6">
        <w:t xml:space="preserve"> </w:t>
      </w:r>
      <w:proofErr w:type="spellStart"/>
      <w:r w:rsidR="00AC2AD6">
        <w:t>yakınlarına</w:t>
      </w:r>
      <w:proofErr w:type="spellEnd"/>
      <w:r w:rsidR="00AC2AD6">
        <w:t xml:space="preserve"> </w:t>
      </w:r>
      <w:proofErr w:type="spellStart"/>
      <w:r w:rsidR="00AC2AD6">
        <w:t>eğitim</w:t>
      </w:r>
      <w:proofErr w:type="spellEnd"/>
      <w:r w:rsidR="00AC2AD6">
        <w:t xml:space="preserve"> ücreti, yemek ücreti, kitap ve kırtasiye giderleri ile okul kıyafeti dahil tüm hizmetlerde NET %25 indirim uygulanacaktır.</w:t>
      </w:r>
    </w:p>
    <w:p w:rsidR="00F04DD1" w:rsidRDefault="00AC2AD6">
      <w:r>
        <w:rPr>
          <w:b/>
          <w:sz w:val="24"/>
        </w:rPr>
        <w:t>Madde 4 – Eğitim İçeriği</w:t>
      </w:r>
    </w:p>
    <w:p w:rsidR="00F04DD1" w:rsidRDefault="00AC2AD6">
      <w:r>
        <w:t>İlk İz Anaokulunda Yabancı Dil (İngilizce), Akıl ve Zeka Oyunları, Robotik Kodlama, Yaratıcı Drama, Orff ve Ritim ile Maarif Eğitim Modeli uygulanmaktadır. Kurum çalışma saatleri 07.30-18.30 arasındadır.</w:t>
      </w:r>
    </w:p>
    <w:p w:rsidR="00F04DD1" w:rsidRDefault="00AC2AD6">
      <w:r>
        <w:rPr>
          <w:b/>
          <w:sz w:val="24"/>
        </w:rPr>
        <w:t>Madde 5 – Ödeme Şartları</w:t>
      </w:r>
    </w:p>
    <w:p w:rsidR="00F04DD1" w:rsidRDefault="00AC2AD6">
      <w:r>
        <w:t xml:space="preserve">İndirim yalnızca peşin ödeme veya kredi kartına tek çekim ödemelerde geçerlidir. </w:t>
      </w:r>
      <w:proofErr w:type="spellStart"/>
      <w:r>
        <w:t>İndirimden</w:t>
      </w:r>
      <w:proofErr w:type="spellEnd"/>
      <w:r>
        <w:t xml:space="preserve"> </w:t>
      </w:r>
      <w:proofErr w:type="spellStart"/>
      <w:r>
        <w:t>yararlanacak</w:t>
      </w:r>
      <w:proofErr w:type="spellEnd"/>
      <w:r>
        <w:t xml:space="preserve"> </w:t>
      </w:r>
      <w:proofErr w:type="spellStart"/>
      <w:r>
        <w:t>kişinin</w:t>
      </w:r>
      <w:proofErr w:type="spellEnd"/>
      <w:r>
        <w:t xml:space="preserve"> </w:t>
      </w:r>
      <w:proofErr w:type="spellStart"/>
      <w:r w:rsidR="000A15BC">
        <w:t>Eğitim</w:t>
      </w:r>
      <w:proofErr w:type="spellEnd"/>
      <w:r w:rsidR="000A15BC">
        <w:t xml:space="preserve"> </w:t>
      </w:r>
      <w:proofErr w:type="spellStart"/>
      <w:r w:rsidR="000A15BC">
        <w:t>Bir</w:t>
      </w:r>
      <w:proofErr w:type="spellEnd"/>
      <w:r w:rsidR="000A15BC">
        <w:t xml:space="preserve"> Sen Bursa 1 </w:t>
      </w:r>
      <w:proofErr w:type="spellStart"/>
      <w:r w:rsidR="000A15BC">
        <w:t>Nolu</w:t>
      </w:r>
      <w:proofErr w:type="spellEnd"/>
      <w:r w:rsidR="000A15BC">
        <w:t xml:space="preserve"> </w:t>
      </w:r>
      <w:proofErr w:type="spellStart"/>
      <w:r w:rsidR="000A15BC">
        <w:t>Şube</w:t>
      </w:r>
      <w:proofErr w:type="spellEnd"/>
      <w:r>
        <w:t xml:space="preserve"> </w:t>
      </w:r>
      <w:proofErr w:type="spellStart"/>
      <w:r>
        <w:t>üye</w:t>
      </w:r>
      <w:r w:rsidR="000A15BC">
        <w:t>si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üyelik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eşdeğer belge ile ibraz etmesi zorunludur.</w:t>
      </w:r>
    </w:p>
    <w:p w:rsidR="00F04DD1" w:rsidRDefault="00AC2AD6">
      <w:r>
        <w:rPr>
          <w:b/>
          <w:sz w:val="24"/>
        </w:rPr>
        <w:t>Madde 6 – Kontenjan</w:t>
      </w:r>
    </w:p>
    <w:p w:rsidR="00F04DD1" w:rsidRDefault="00AC2AD6">
      <w:r>
        <w:t>İndirimli kayıtlar sınırlı kontenjan kapsamında olup başvuru sırasına göre değerlendirilecektir. Kontenjanın dolması halinde kurum yeni indirimli kayıt almama hakkını saklı tutar.</w:t>
      </w:r>
    </w:p>
    <w:p w:rsidR="00F04DD1" w:rsidRDefault="00AC2AD6">
      <w:r>
        <w:rPr>
          <w:b/>
          <w:sz w:val="24"/>
        </w:rPr>
        <w:lastRenderedPageBreak/>
        <w:t>Madde 7 – Sözleşme Süresi</w:t>
      </w:r>
    </w:p>
    <w:p w:rsidR="00F04DD1" w:rsidRDefault="00AC2AD6">
      <w:r>
        <w:t>İşbu protokol imza tarihinden itibaren 1 (bir) yıl süreyle geçerlidir.</w:t>
      </w:r>
    </w:p>
    <w:p w:rsidR="00F04DD1" w:rsidRDefault="00AC2AD6">
      <w:r>
        <w:rPr>
          <w:b/>
          <w:sz w:val="24"/>
        </w:rPr>
        <w:t>Madde 8 – Fesih</w:t>
      </w:r>
    </w:p>
    <w:p w:rsidR="00F04DD1" w:rsidRDefault="00AC2AD6">
      <w:r>
        <w:t>Taraflardan biri, 1 (bir) ay önceden yazılı bildirim yapmak suretiyle protokolü tek taraflı olarak feshedebilir.</w:t>
      </w:r>
    </w:p>
    <w:p w:rsidR="00F04DD1" w:rsidRDefault="00F04DD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04DD1">
        <w:tc>
          <w:tcPr>
            <w:tcW w:w="4320" w:type="dxa"/>
          </w:tcPr>
          <w:p w:rsidR="00F04DD1" w:rsidRDefault="00AC2AD6" w:rsidP="00472859">
            <w:pPr>
              <w:jc w:val="center"/>
            </w:pPr>
            <w:r>
              <w:t>İLK İZ ANAOKULU</w:t>
            </w:r>
            <w:r>
              <w:br/>
              <w:t>Kurum Yetkilisi</w:t>
            </w:r>
          </w:p>
        </w:tc>
        <w:tc>
          <w:tcPr>
            <w:tcW w:w="4320" w:type="dxa"/>
          </w:tcPr>
          <w:p w:rsidR="00F04DD1" w:rsidRPr="00F21A3B" w:rsidRDefault="00F21A3B" w:rsidP="00F21A3B">
            <w:pPr>
              <w:jc w:val="center"/>
            </w:pPr>
            <w:r w:rsidRPr="00F21A3B">
              <w:rPr>
                <w:sz w:val="24"/>
              </w:rPr>
              <w:t>MEMUR SEN BURSA İL TEMSİLCİLİĞİ</w:t>
            </w:r>
          </w:p>
        </w:tc>
      </w:tr>
      <w:tr w:rsidR="00F04DD1">
        <w:tc>
          <w:tcPr>
            <w:tcW w:w="4320" w:type="dxa"/>
          </w:tcPr>
          <w:p w:rsidR="00F04DD1" w:rsidRDefault="00AC2AD6" w:rsidP="00472859">
            <w:pPr>
              <w:jc w:val="center"/>
            </w:pPr>
            <w:r>
              <w:t>Pınar TAŞ</w:t>
            </w:r>
          </w:p>
        </w:tc>
        <w:tc>
          <w:tcPr>
            <w:tcW w:w="4320" w:type="dxa"/>
          </w:tcPr>
          <w:p w:rsidR="00F04DD1" w:rsidRDefault="00F21A3B" w:rsidP="00F21A3B">
            <w:pPr>
              <w:jc w:val="center"/>
            </w:pPr>
            <w:proofErr w:type="spellStart"/>
            <w:r>
              <w:t>Gökhan</w:t>
            </w:r>
            <w:proofErr w:type="spellEnd"/>
            <w:r>
              <w:t xml:space="preserve"> YÜNKÜL</w:t>
            </w:r>
          </w:p>
        </w:tc>
      </w:tr>
      <w:tr w:rsidR="00472859" w:rsidTr="00472859">
        <w:trPr>
          <w:trHeight w:val="888"/>
        </w:trPr>
        <w:tc>
          <w:tcPr>
            <w:tcW w:w="4320" w:type="dxa"/>
          </w:tcPr>
          <w:p w:rsidR="00472859" w:rsidRDefault="00472859"/>
        </w:tc>
        <w:tc>
          <w:tcPr>
            <w:tcW w:w="4320" w:type="dxa"/>
          </w:tcPr>
          <w:p w:rsidR="00472859" w:rsidRDefault="00472859" w:rsidP="00472859"/>
        </w:tc>
      </w:tr>
    </w:tbl>
    <w:p w:rsidR="00F04DD1" w:rsidRDefault="00AC2AD6">
      <w:r>
        <w:br/>
      </w:r>
      <w:r w:rsidR="00F21A3B" w:rsidRPr="00F21A3B">
        <w:rPr>
          <w:sz w:val="24"/>
        </w:rPr>
        <w:t>MEMUR SEN BURSA İL TEMSİLCİLİĞİ</w:t>
      </w:r>
    </w:p>
    <w:p w:rsidR="00F21A3B" w:rsidRPr="00F21A3B" w:rsidRDefault="00F21A3B" w:rsidP="00F21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21A3B">
        <w:rPr>
          <w:rFonts w:ascii="Times New Roman" w:eastAsia="Times New Roman" w:hAnsi="Symbol" w:cs="Times New Roman"/>
          <w:sz w:val="24"/>
          <w:szCs w:val="24"/>
          <w:lang w:val="tr-TR" w:eastAsia="tr-TR"/>
        </w:rPr>
        <w:t></w:t>
      </w:r>
      <w:r w:rsidRPr="00F21A3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 </w:t>
      </w:r>
      <w:r w:rsidRPr="00F21A3B">
        <w:rPr>
          <w:rFonts w:ascii="Arial" w:eastAsia="Times New Roman" w:hAnsi="Arial" w:cs="Arial"/>
          <w:b/>
          <w:bCs/>
          <w:sz w:val="24"/>
          <w:szCs w:val="24"/>
          <w:lang w:val="tr-TR" w:eastAsia="tr-TR"/>
        </w:rPr>
        <w:t>Adres: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</w:t>
      </w:r>
      <w:proofErr w:type="spellStart"/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>Alacamescit</w:t>
      </w:r>
      <w:proofErr w:type="spellEnd"/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Mahallesi, </w:t>
      </w:r>
      <w:proofErr w:type="spellStart"/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>Tuzpazarı</w:t>
      </w:r>
      <w:proofErr w:type="spellEnd"/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Sokak, No: 4/1, Osmangazi / BURSA</w:t>
      </w:r>
    </w:p>
    <w:p w:rsidR="00F21A3B" w:rsidRPr="00F21A3B" w:rsidRDefault="00F21A3B" w:rsidP="00F21A3B">
      <w:pPr>
        <w:spacing w:after="0" w:line="240" w:lineRule="auto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F21A3B">
        <w:rPr>
          <w:rFonts w:ascii="Arial" w:eastAsia="Times New Roman" w:hAnsi="Symbol" w:cs="Arial"/>
          <w:sz w:val="24"/>
          <w:szCs w:val="24"/>
          <w:lang w:val="tr-TR" w:eastAsia="tr-TR"/>
        </w:rPr>
        <w:t>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 </w:t>
      </w:r>
      <w:r w:rsidRPr="00F21A3B">
        <w:rPr>
          <w:rFonts w:ascii="Arial" w:eastAsia="Times New Roman" w:hAnsi="Arial" w:cs="Arial"/>
          <w:b/>
          <w:bCs/>
          <w:sz w:val="24"/>
          <w:szCs w:val="24"/>
          <w:lang w:val="tr-TR" w:eastAsia="tr-TR"/>
        </w:rPr>
        <w:t>Telefon: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0224 223 15 45</w:t>
      </w:r>
    </w:p>
    <w:p w:rsidR="00F21A3B" w:rsidRPr="00F21A3B" w:rsidRDefault="00F21A3B" w:rsidP="00F21A3B">
      <w:pPr>
        <w:spacing w:after="0" w:line="240" w:lineRule="auto"/>
        <w:rPr>
          <w:rFonts w:ascii="Arial" w:eastAsia="Times New Roman" w:hAnsi="Arial" w:cs="Arial"/>
          <w:sz w:val="24"/>
          <w:szCs w:val="24"/>
          <w:lang w:val="tr-TR" w:eastAsia="tr-TR"/>
        </w:rPr>
      </w:pPr>
      <w:r w:rsidRPr="00F21A3B">
        <w:rPr>
          <w:rFonts w:ascii="Arial" w:eastAsia="Times New Roman" w:hAnsi="Symbol" w:cs="Arial"/>
          <w:sz w:val="24"/>
          <w:szCs w:val="24"/>
          <w:lang w:val="tr-TR" w:eastAsia="tr-TR"/>
        </w:rPr>
        <w:t>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 </w:t>
      </w:r>
      <w:r w:rsidRPr="00F21A3B">
        <w:rPr>
          <w:rFonts w:ascii="Arial" w:eastAsia="Times New Roman" w:hAnsi="Arial" w:cs="Arial"/>
          <w:b/>
          <w:bCs/>
          <w:sz w:val="24"/>
          <w:szCs w:val="24"/>
          <w:lang w:val="tr-TR" w:eastAsia="tr-TR"/>
        </w:rPr>
        <w:t>Faks: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tr-TR" w:eastAsia="tr-TR"/>
        </w:rPr>
        <w:t xml:space="preserve">     </w:t>
      </w:r>
      <w:r w:rsidRPr="00F21A3B">
        <w:rPr>
          <w:rFonts w:ascii="Arial" w:eastAsia="Times New Roman" w:hAnsi="Arial" w:cs="Arial"/>
          <w:sz w:val="24"/>
          <w:szCs w:val="24"/>
          <w:lang w:val="tr-TR" w:eastAsia="tr-TR"/>
        </w:rPr>
        <w:t>0224 224 68 16</w:t>
      </w:r>
    </w:p>
    <w:p w:rsidR="00F04DD1" w:rsidRDefault="00F04DD1" w:rsidP="00F21A3B"/>
    <w:sectPr w:rsidR="00F04DD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C66" w:rsidRDefault="006C3C66" w:rsidP="00472859">
      <w:pPr>
        <w:spacing w:after="0" w:line="240" w:lineRule="auto"/>
      </w:pPr>
      <w:r>
        <w:separator/>
      </w:r>
    </w:p>
  </w:endnote>
  <w:endnote w:type="continuationSeparator" w:id="0">
    <w:p w:rsidR="006C3C66" w:rsidRDefault="006C3C66" w:rsidP="0047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C66" w:rsidRDefault="006C3C66" w:rsidP="00472859">
      <w:pPr>
        <w:spacing w:after="0" w:line="240" w:lineRule="auto"/>
      </w:pPr>
      <w:r>
        <w:separator/>
      </w:r>
    </w:p>
  </w:footnote>
  <w:footnote w:type="continuationSeparator" w:id="0">
    <w:p w:rsidR="006C3C66" w:rsidRDefault="006C3C66" w:rsidP="0047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859" w:rsidRDefault="00F21A3B" w:rsidP="00472859">
    <w:pPr>
      <w:pStyle w:val="stBilgi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66.75pt;margin-top:-21.75pt;width:106.5pt;height:106.5pt;z-index:251659264;mso-position-horizontal-relative:text;mso-position-vertical-relative:text">
          <v:imagedata r:id="rId1" o:title="MEMUR SEN LOGO"/>
        </v:shape>
      </w:pict>
    </w:r>
  </w:p>
  <w:p w:rsidR="00472859" w:rsidRDefault="00F21A3B" w:rsidP="00472859">
    <w:pPr>
      <w:pStyle w:val="stBilgi"/>
      <w:jc w:val="center"/>
    </w:pPr>
    <w:r>
      <w:rPr>
        <w:b/>
        <w:sz w:val="36"/>
      </w:rPr>
      <w:t>MEMUR SEN BURSA İL TEMSİLCİLİĞİ</w:t>
    </w:r>
  </w:p>
  <w:p w:rsidR="00472859" w:rsidRDefault="00472859" w:rsidP="00472859">
    <w:pPr>
      <w:pStyle w:val="stBilgi"/>
      <w:jc w:val="center"/>
    </w:pPr>
  </w:p>
  <w:p w:rsidR="00472859" w:rsidRDefault="00472859">
    <w:pPr>
      <w:pStyle w:val="stBilgi"/>
    </w:pPr>
  </w:p>
  <w:p w:rsidR="00472859" w:rsidRDefault="00472859">
    <w:pPr>
      <w:pStyle w:val="stBilgi"/>
    </w:pPr>
  </w:p>
  <w:p w:rsidR="00472859" w:rsidRDefault="0047285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15BC"/>
    <w:rsid w:val="0015074B"/>
    <w:rsid w:val="0029639D"/>
    <w:rsid w:val="00326F90"/>
    <w:rsid w:val="00472859"/>
    <w:rsid w:val="006C3C66"/>
    <w:rsid w:val="00AA1D8D"/>
    <w:rsid w:val="00AC2AD6"/>
    <w:rsid w:val="00B47730"/>
    <w:rsid w:val="00CB0664"/>
    <w:rsid w:val="00F04DD1"/>
    <w:rsid w:val="00F21A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0B2A154"/>
  <w14:defaultImageDpi w14:val="300"/>
  <w15:docId w15:val="{AEDA7DF3-E1C6-4925-91E5-7B91D91A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t286pc">
    <w:name w:val="t286pc"/>
    <w:basedOn w:val="VarsaylanParagrafYazTipi"/>
    <w:rsid w:val="00F2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FEE40C-82A6-49C0-8E2E-00C0ED87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Müdür</cp:lastModifiedBy>
  <cp:revision>3</cp:revision>
  <dcterms:created xsi:type="dcterms:W3CDTF">2013-12-23T23:15:00Z</dcterms:created>
  <dcterms:modified xsi:type="dcterms:W3CDTF">2026-07-20T09:34:00Z</dcterms:modified>
  <cp:category/>
</cp:coreProperties>
</file>